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42D2" w14:textId="77777777" w:rsidR="005E4B07" w:rsidRPr="005E4B07" w:rsidRDefault="005E4B07">
      <w:pPr>
        <w:spacing w:after="20"/>
        <w:jc w:val="center"/>
        <w:rPr>
          <w:rFonts w:asciiTheme="majorHAnsi" w:hAnsiTheme="majorHAnsi" w:cstheme="majorHAnsi"/>
          <w:b/>
          <w:color w:val="3D348B"/>
          <w:sz w:val="34"/>
          <w:rtl/>
        </w:rPr>
      </w:pPr>
    </w:p>
    <w:p w14:paraId="5D676080" w14:textId="77777777" w:rsidR="005E4B07" w:rsidRDefault="005E4B07">
      <w:pPr>
        <w:spacing w:after="20"/>
        <w:jc w:val="center"/>
        <w:rPr>
          <w:rFonts w:asciiTheme="majorHAnsi" w:hAnsiTheme="majorHAnsi" w:cstheme="majorHAnsi"/>
          <w:b/>
          <w:color w:val="auto"/>
          <w:sz w:val="34"/>
        </w:rPr>
      </w:pPr>
    </w:p>
    <w:p w14:paraId="2CC0F6FA" w14:textId="20E4C92B" w:rsidR="00861A98" w:rsidRPr="005E4B07" w:rsidRDefault="00000000">
      <w:pPr>
        <w:spacing w:after="20"/>
        <w:jc w:val="center"/>
        <w:rPr>
          <w:rFonts w:asciiTheme="majorHAnsi" w:hAnsiTheme="majorHAnsi" w:cstheme="majorHAnsi"/>
          <w:color w:val="auto"/>
        </w:rPr>
      </w:pPr>
      <w:r w:rsidRPr="005E4B07">
        <w:rPr>
          <w:rFonts w:asciiTheme="majorHAnsi" w:hAnsiTheme="majorHAnsi" w:cstheme="majorHAnsi"/>
          <w:b/>
          <w:color w:val="auto"/>
          <w:sz w:val="34"/>
        </w:rPr>
        <w:t>HERITAGE IN TIMES OF CRISES</w:t>
      </w:r>
      <w:r w:rsidR="00356F69">
        <w:rPr>
          <w:rFonts w:asciiTheme="majorHAnsi" w:hAnsiTheme="majorHAnsi" w:cstheme="majorHAnsi"/>
          <w:b/>
          <w:color w:val="auto"/>
          <w:sz w:val="34"/>
        </w:rPr>
        <w:t xml:space="preserve"> Conference</w:t>
      </w:r>
    </w:p>
    <w:p w14:paraId="4902043A" w14:textId="77777777" w:rsidR="00AB55D1" w:rsidRPr="00AB55D1" w:rsidRDefault="00AB55D1">
      <w:pPr>
        <w:spacing w:after="0"/>
        <w:rPr>
          <w:rFonts w:ascii="Calibri" w:hAnsi="Calibri" w:cs="Calibri"/>
          <w:sz w:val="22"/>
        </w:rPr>
      </w:pPr>
    </w:p>
    <w:p w14:paraId="23F57455" w14:textId="77777777" w:rsidR="00AB55D1" w:rsidRPr="00AB55D1" w:rsidRDefault="00AB55D1" w:rsidP="00356F69">
      <w:pPr>
        <w:tabs>
          <w:tab w:val="left" w:pos="3828"/>
        </w:tabs>
        <w:spacing w:after="0"/>
        <w:jc w:val="both"/>
        <w:rPr>
          <w:rFonts w:ascii="Calibri" w:hAnsi="Calibri" w:cs="Calibri"/>
          <w:sz w:val="22"/>
        </w:rPr>
      </w:pPr>
      <w:r w:rsidRPr="00AB55D1">
        <w:rPr>
          <w:rFonts w:ascii="Calibri" w:hAnsi="Calibri" w:cs="Calibri"/>
          <w:b/>
          <w:color w:val="auto"/>
          <w:sz w:val="22"/>
        </w:rPr>
        <w:t>PAPER TITLE</w:t>
      </w:r>
      <w:r w:rsidRPr="00AB55D1">
        <w:rPr>
          <w:rFonts w:ascii="Calibri" w:hAnsi="Calibri" w:cs="Calibri"/>
          <w:sz w:val="22"/>
        </w:rPr>
        <w:tab/>
      </w:r>
      <w:r w:rsidRPr="00AB55D1">
        <w:rPr>
          <w:rFonts w:ascii="Calibri" w:hAnsi="Calibri" w:cs="Calibri"/>
          <w:i/>
          <w:color w:val="626273"/>
          <w:sz w:val="22"/>
        </w:rPr>
        <w:t>[Insert the full title of the proposed paper]</w:t>
      </w:r>
    </w:p>
    <w:p w14:paraId="1A7CA930" w14:textId="35160FD0" w:rsidR="00AB55D1" w:rsidRPr="00AB55D1" w:rsidRDefault="00AB55D1" w:rsidP="00356F69">
      <w:pPr>
        <w:tabs>
          <w:tab w:val="left" w:pos="3828"/>
        </w:tabs>
        <w:spacing w:after="0"/>
        <w:jc w:val="both"/>
        <w:rPr>
          <w:rFonts w:ascii="Calibri" w:hAnsi="Calibri" w:cs="Calibri"/>
          <w:sz w:val="22"/>
        </w:rPr>
      </w:pPr>
      <w:r w:rsidRPr="00AB55D1">
        <w:rPr>
          <w:rFonts w:ascii="Calibri" w:hAnsi="Calibri" w:cs="Calibri"/>
          <w:b/>
          <w:color w:val="auto"/>
          <w:sz w:val="22"/>
        </w:rPr>
        <w:t>AUTHOR(S)</w:t>
      </w:r>
      <w:r w:rsidRPr="00AB55D1">
        <w:rPr>
          <w:rFonts w:ascii="Calibri" w:hAnsi="Calibri" w:cs="Calibri"/>
          <w:sz w:val="22"/>
        </w:rPr>
        <w:tab/>
      </w:r>
      <w:r w:rsidRPr="00AB55D1">
        <w:rPr>
          <w:rFonts w:ascii="Calibri" w:hAnsi="Calibri" w:cs="Calibri"/>
          <w:i/>
          <w:color w:val="626273"/>
          <w:sz w:val="22"/>
        </w:rPr>
        <w:t>[Full name of each author]</w:t>
      </w:r>
    </w:p>
    <w:p w14:paraId="3B7354C7" w14:textId="0A487537" w:rsidR="00AB55D1" w:rsidRPr="00AB55D1" w:rsidRDefault="00536989" w:rsidP="00356F69">
      <w:pPr>
        <w:tabs>
          <w:tab w:val="left" w:pos="3828"/>
        </w:tabs>
        <w:spacing w:after="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color w:val="auto"/>
          <w:sz w:val="22"/>
          <w:lang w:val="sv-SE"/>
        </w:rPr>
        <w:t>ORGANIZATION</w:t>
      </w:r>
      <w:r w:rsidR="00AB55D1" w:rsidRPr="00AB55D1">
        <w:rPr>
          <w:rFonts w:ascii="Calibri" w:hAnsi="Calibri" w:cs="Calibri"/>
          <w:b/>
          <w:color w:val="auto"/>
          <w:sz w:val="22"/>
        </w:rPr>
        <w:t>(S)</w:t>
      </w:r>
      <w:r w:rsidR="0024060A">
        <w:rPr>
          <w:rFonts w:ascii="Calibri" w:hAnsi="Calibri" w:cs="Calibri"/>
          <w:b/>
          <w:color w:val="auto"/>
          <w:sz w:val="22"/>
        </w:rPr>
        <w:t>, R</w:t>
      </w:r>
      <w:r>
        <w:rPr>
          <w:rFonts w:ascii="Calibri" w:hAnsi="Calibri" w:cs="Calibri"/>
          <w:b/>
          <w:color w:val="auto"/>
          <w:sz w:val="22"/>
        </w:rPr>
        <w:t>OLE(S)</w:t>
      </w:r>
      <w:r w:rsidR="0024060A">
        <w:rPr>
          <w:rFonts w:ascii="Calibri" w:hAnsi="Calibri" w:cs="Calibri"/>
          <w:b/>
          <w:color w:val="auto"/>
          <w:sz w:val="22"/>
        </w:rPr>
        <w:t>:</w:t>
      </w:r>
      <w:r w:rsidR="00AB55D1" w:rsidRPr="00AB55D1">
        <w:rPr>
          <w:rFonts w:ascii="Calibri" w:hAnsi="Calibri" w:cs="Calibri"/>
          <w:sz w:val="22"/>
          <w:rtl/>
        </w:rPr>
        <w:tab/>
      </w:r>
      <w:r w:rsidR="00AB55D1" w:rsidRPr="00AB55D1">
        <w:rPr>
          <w:rFonts w:ascii="Calibri" w:hAnsi="Calibri" w:cs="Calibri"/>
          <w:i/>
          <w:color w:val="626273"/>
          <w:sz w:val="22"/>
        </w:rPr>
        <w:t>[Department, institution, city and country]</w:t>
      </w:r>
    </w:p>
    <w:p w14:paraId="528834ED" w14:textId="77777777" w:rsidR="00AB55D1" w:rsidRPr="00AB55D1" w:rsidRDefault="00AB55D1" w:rsidP="00356F69">
      <w:pPr>
        <w:tabs>
          <w:tab w:val="left" w:pos="3828"/>
        </w:tabs>
        <w:spacing w:after="0"/>
        <w:jc w:val="both"/>
        <w:rPr>
          <w:rFonts w:ascii="Calibri" w:hAnsi="Calibri" w:cs="Calibri"/>
          <w:sz w:val="22"/>
        </w:rPr>
      </w:pPr>
      <w:r w:rsidRPr="00AB55D1">
        <w:rPr>
          <w:rFonts w:ascii="Calibri" w:hAnsi="Calibri" w:cs="Calibri"/>
          <w:b/>
          <w:color w:val="auto"/>
          <w:sz w:val="22"/>
        </w:rPr>
        <w:t>CORRESPONDING AUTHOR’S EMAIL</w:t>
      </w:r>
      <w:r w:rsidRPr="00AB55D1">
        <w:rPr>
          <w:rFonts w:ascii="Calibri" w:hAnsi="Calibri" w:cs="Calibri"/>
          <w:sz w:val="22"/>
        </w:rPr>
        <w:tab/>
      </w:r>
      <w:r w:rsidRPr="00AB55D1">
        <w:rPr>
          <w:rFonts w:ascii="Calibri" w:hAnsi="Calibri" w:cs="Calibri"/>
          <w:i/>
          <w:color w:val="626273"/>
          <w:sz w:val="22"/>
        </w:rPr>
        <w:t>[</w:t>
      </w:r>
      <w:proofErr w:type="spellStart"/>
      <w:r w:rsidRPr="00AB55D1">
        <w:rPr>
          <w:rFonts w:ascii="Calibri" w:hAnsi="Calibri" w:cs="Calibri"/>
          <w:i/>
          <w:color w:val="626273"/>
          <w:sz w:val="22"/>
        </w:rPr>
        <w:t>name.surname@institution.xx</w:t>
      </w:r>
      <w:proofErr w:type="spellEnd"/>
      <w:r w:rsidRPr="00AB55D1">
        <w:rPr>
          <w:rFonts w:ascii="Calibri" w:hAnsi="Calibri" w:cs="Calibri"/>
          <w:i/>
          <w:color w:val="626273"/>
          <w:sz w:val="22"/>
        </w:rPr>
        <w:t>]</w:t>
      </w:r>
    </w:p>
    <w:p w14:paraId="2C9009D5" w14:textId="77777777" w:rsidR="00AB55D1" w:rsidRDefault="00AB55D1">
      <w:pPr>
        <w:pStyle w:val="SectionLabel"/>
        <w:rPr>
          <w:rFonts w:ascii="Calibri" w:hAnsi="Calibri" w:cs="Calibri"/>
          <w:color w:val="000000" w:themeColor="text1"/>
          <w:sz w:val="22"/>
          <w:szCs w:val="24"/>
          <w:rtl/>
        </w:rPr>
      </w:pPr>
    </w:p>
    <w:p w14:paraId="45E648AA" w14:textId="3561812B" w:rsidR="00861A98" w:rsidRPr="007157A4" w:rsidRDefault="00000000">
      <w:pPr>
        <w:pStyle w:val="SectionLabel"/>
        <w:rPr>
          <w:rFonts w:ascii="Calibri" w:hAnsi="Calibri" w:cs="Calibri"/>
          <w:color w:val="000000" w:themeColor="text1"/>
          <w:sz w:val="22"/>
          <w:szCs w:val="24"/>
          <w:lang w:val="sv-SE"/>
        </w:rPr>
      </w:pPr>
      <w:r w:rsidRPr="00AB55D1">
        <w:rPr>
          <w:rFonts w:ascii="Calibri" w:hAnsi="Calibri" w:cs="Calibri"/>
          <w:color w:val="000000" w:themeColor="text1"/>
          <w:sz w:val="22"/>
          <w:szCs w:val="24"/>
        </w:rPr>
        <w:t>ABSTRACT</w:t>
      </w:r>
    </w:p>
    <w:p w14:paraId="02B85208" w14:textId="77777777" w:rsidR="00AB55D1" w:rsidRPr="00AB55D1" w:rsidRDefault="00AB55D1">
      <w:pPr>
        <w:spacing w:after="100"/>
        <w:rPr>
          <w:rFonts w:ascii="Calibri" w:hAnsi="Calibri" w:cs="Calibri"/>
          <w:color w:val="7F7F7F" w:themeColor="text1" w:themeTint="80"/>
          <w:sz w:val="22"/>
        </w:rPr>
      </w:pPr>
      <w:r w:rsidRPr="00AB55D1">
        <w:rPr>
          <w:rFonts w:ascii="Calibri" w:hAnsi="Calibri" w:cs="Calibri"/>
          <w:b/>
          <w:color w:val="7F7F7F" w:themeColor="text1" w:themeTint="80"/>
          <w:sz w:val="22"/>
        </w:rPr>
        <w:t>[Replace this guidance with your abstract.]</w:t>
      </w:r>
    </w:p>
    <w:p w14:paraId="25127B0E" w14:textId="0DE3F81D" w:rsidR="00330848" w:rsidRPr="007157A4" w:rsidRDefault="007157A4" w:rsidP="007157A4">
      <w:pPr>
        <w:spacing w:after="0"/>
        <w:rPr>
          <w:rFonts w:ascii="Calibri" w:hAnsi="Calibri" w:cs="Calibri"/>
          <w:i/>
          <w:color w:val="7F7F7F" w:themeColor="text1" w:themeTint="80"/>
          <w:sz w:val="22"/>
        </w:rPr>
      </w:pPr>
      <w:r w:rsidRPr="007157A4">
        <w:rPr>
          <w:rFonts w:ascii="Calibri" w:hAnsi="Calibri" w:cs="Calibri"/>
          <w:i/>
          <w:color w:val="7F7F7F" w:themeColor="text1" w:themeTint="80"/>
          <w:sz w:val="22"/>
        </w:rPr>
        <w:t xml:space="preserve">Clearly state the context or problem; the aim or research question; the approach and materials; whether the paper presents a theoretical approach, applied research or research-based evidence; the principal argument or findings; the research project, where applicable; the area of investigation and geographical focus, where relevant; and the contribution to the conference theme. </w:t>
      </w:r>
    </w:p>
    <w:sectPr w:rsidR="00330848" w:rsidRPr="007157A4" w:rsidSect="00034616">
      <w:headerReference w:type="default" r:id="rId8"/>
      <w:footerReference w:type="default" r:id="rId9"/>
      <w:pgSz w:w="12240" w:h="15840"/>
      <w:pgMar w:top="1361" w:right="935" w:bottom="879" w:left="935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FC8CE" w14:textId="77777777" w:rsidR="001709D4" w:rsidRDefault="001709D4">
      <w:pPr>
        <w:spacing w:after="0" w:line="240" w:lineRule="auto"/>
      </w:pPr>
      <w:r>
        <w:separator/>
      </w:r>
    </w:p>
  </w:endnote>
  <w:endnote w:type="continuationSeparator" w:id="0">
    <w:p w14:paraId="3F1B16B4" w14:textId="77777777" w:rsidR="001709D4" w:rsidRDefault="0017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44A3" w14:textId="77777777" w:rsidR="00861A98" w:rsidRPr="005E4B07" w:rsidRDefault="00000000">
    <w:pPr>
      <w:pStyle w:val="Footer"/>
      <w:jc w:val="center"/>
      <w:rPr>
        <w:color w:val="000000" w:themeColor="text1"/>
        <w:sz w:val="16"/>
        <w:szCs w:val="16"/>
      </w:rPr>
    </w:pPr>
    <w:r w:rsidRPr="005E4B07">
      <w:rPr>
        <w:color w:val="000000" w:themeColor="text1"/>
        <w:sz w:val="16"/>
        <w:szCs w:val="16"/>
      </w:rPr>
      <w:t>INTERNATIONAL CONFERENCE ON</w:t>
    </w:r>
  </w:p>
  <w:p w14:paraId="549BF2BC" w14:textId="77777777" w:rsidR="00861A98" w:rsidRPr="005E4B07" w:rsidRDefault="00000000">
    <w:pPr>
      <w:spacing w:after="20"/>
      <w:jc w:val="center"/>
      <w:rPr>
        <w:color w:val="000000" w:themeColor="text1"/>
        <w:sz w:val="16"/>
        <w:szCs w:val="16"/>
      </w:rPr>
    </w:pPr>
    <w:r w:rsidRPr="005E4B07">
      <w:rPr>
        <w:b/>
        <w:color w:val="000000" w:themeColor="text1"/>
        <w:sz w:val="16"/>
        <w:szCs w:val="16"/>
      </w:rPr>
      <w:t>Heritage in Times of Crises</w:t>
    </w:r>
  </w:p>
  <w:p w14:paraId="7DBC081C" w14:textId="77777777" w:rsidR="00861A98" w:rsidRPr="005E4B07" w:rsidRDefault="00000000">
    <w:pPr>
      <w:spacing w:after="0"/>
      <w:jc w:val="center"/>
      <w:rPr>
        <w:color w:val="000000" w:themeColor="text1"/>
        <w:sz w:val="16"/>
        <w:szCs w:val="16"/>
      </w:rPr>
    </w:pPr>
    <w:r w:rsidRPr="005E4B07">
      <w:rPr>
        <w:color w:val="000000" w:themeColor="text1"/>
        <w:sz w:val="16"/>
        <w:szCs w:val="16"/>
      </w:rPr>
      <w:t xml:space="preserve">2–3 December 2026 · </w:t>
    </w:r>
    <w:proofErr w:type="spellStart"/>
    <w:r w:rsidRPr="005E4B07">
      <w:rPr>
        <w:color w:val="000000" w:themeColor="text1"/>
        <w:sz w:val="16"/>
        <w:szCs w:val="16"/>
      </w:rPr>
      <w:t>Politecnico</w:t>
    </w:r>
    <w:proofErr w:type="spellEnd"/>
    <w:r w:rsidRPr="005E4B07">
      <w:rPr>
        <w:color w:val="000000" w:themeColor="text1"/>
        <w:sz w:val="16"/>
        <w:szCs w:val="16"/>
      </w:rPr>
      <w:t xml:space="preserve"> di Torino · ITALY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E6DA" w14:textId="77777777" w:rsidR="001709D4" w:rsidRDefault="001709D4">
      <w:pPr>
        <w:spacing w:after="0" w:line="240" w:lineRule="auto"/>
      </w:pPr>
      <w:r>
        <w:separator/>
      </w:r>
    </w:p>
  </w:footnote>
  <w:footnote w:type="continuationSeparator" w:id="0">
    <w:p w14:paraId="12C90CB7" w14:textId="77777777" w:rsidR="001709D4" w:rsidRDefault="0017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3F4D" w14:textId="77777777" w:rsidR="00861A98" w:rsidRDefault="00861A98">
    <w:pPr>
      <w:pStyle w:val="Head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206"/>
      <w:gridCol w:w="2907"/>
      <w:gridCol w:w="3257"/>
    </w:tblGrid>
    <w:tr w:rsidR="00861A98" w14:paraId="1F09EF7E" w14:textId="77777777">
      <w:trPr>
        <w:jc w:val="center"/>
      </w:trPr>
      <w:tc>
        <w:tcPr>
          <w:tcW w:w="334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901822" w14:textId="5F320948" w:rsidR="00861A98" w:rsidRDefault="0024060A">
          <w:pPr>
            <w:spacing w:after="0"/>
          </w:pPr>
          <w:r>
            <w:rPr>
              <w:noProof/>
            </w:rPr>
            <w:drawing>
              <wp:inline distT="0" distB="0" distL="0" distR="0" wp14:anchorId="1D9AEBFF" wp14:editId="3B69FB06">
                <wp:extent cx="2670970" cy="71437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/>
                        <a:srcRect l="8750" t="19961" r="2858" b="233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70970" cy="714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AFA9BCD" w14:textId="7EBB4BB6" w:rsidR="00861A98" w:rsidRDefault="00861A98">
          <w:pPr>
            <w:spacing w:after="0"/>
            <w:jc w:val="center"/>
          </w:pPr>
        </w:p>
      </w:tc>
      <w:tc>
        <w:tcPr>
          <w:tcW w:w="334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38044E" w14:textId="132DC341" w:rsidR="00861A98" w:rsidRDefault="00D1373F">
          <w:pPr>
            <w:spacing w:after="0"/>
            <w:jc w:val="right"/>
          </w:pPr>
          <w:r>
            <w:rPr>
              <w:noProof/>
            </w:rPr>
            <w:drawing>
              <wp:inline distT="0" distB="0" distL="0" distR="0" wp14:anchorId="31EE798B" wp14:editId="22E58E10">
                <wp:extent cx="1695450" cy="808879"/>
                <wp:effectExtent l="0" t="0" r="0" b="0"/>
                <wp:docPr id="118587460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08" t="18472" r="11101" b="161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318" cy="8174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721350">
    <w:abstractNumId w:val="8"/>
  </w:num>
  <w:num w:numId="2" w16cid:durableId="1677030571">
    <w:abstractNumId w:val="6"/>
  </w:num>
  <w:num w:numId="3" w16cid:durableId="487866801">
    <w:abstractNumId w:val="5"/>
  </w:num>
  <w:num w:numId="4" w16cid:durableId="1464732138">
    <w:abstractNumId w:val="4"/>
  </w:num>
  <w:num w:numId="5" w16cid:durableId="592281278">
    <w:abstractNumId w:val="7"/>
  </w:num>
  <w:num w:numId="6" w16cid:durableId="67967079">
    <w:abstractNumId w:val="3"/>
  </w:num>
  <w:num w:numId="7" w16cid:durableId="436364622">
    <w:abstractNumId w:val="2"/>
  </w:num>
  <w:num w:numId="8" w16cid:durableId="124738911">
    <w:abstractNumId w:val="1"/>
  </w:num>
  <w:num w:numId="9" w16cid:durableId="166016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645"/>
    <w:rsid w:val="0015074B"/>
    <w:rsid w:val="001709D4"/>
    <w:rsid w:val="0017657F"/>
    <w:rsid w:val="0024060A"/>
    <w:rsid w:val="0029639D"/>
    <w:rsid w:val="00316DEE"/>
    <w:rsid w:val="00326F90"/>
    <w:rsid w:val="00330848"/>
    <w:rsid w:val="00356F69"/>
    <w:rsid w:val="00423F43"/>
    <w:rsid w:val="004903E2"/>
    <w:rsid w:val="00536989"/>
    <w:rsid w:val="00556EFD"/>
    <w:rsid w:val="005E4B07"/>
    <w:rsid w:val="007157A4"/>
    <w:rsid w:val="00861A98"/>
    <w:rsid w:val="008950F2"/>
    <w:rsid w:val="00A23519"/>
    <w:rsid w:val="00A73706"/>
    <w:rsid w:val="00AA1D8D"/>
    <w:rsid w:val="00AB55D1"/>
    <w:rsid w:val="00B47730"/>
    <w:rsid w:val="00C25925"/>
    <w:rsid w:val="00CB0664"/>
    <w:rsid w:val="00D1373F"/>
    <w:rsid w:val="00D70CF7"/>
    <w:rsid w:val="00E35013"/>
    <w:rsid w:val="00F853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49011"/>
  <w14:defaultImageDpi w14:val="330"/>
  <w15:docId w15:val="{DDD6543F-F92B-4303-A5AA-7674DA4A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5233F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keepNext/>
      <w:spacing w:before="100" w:after="60"/>
    </w:pPr>
    <w:rPr>
      <w:rFonts w:ascii="Arial" w:hAnsi="Arial"/>
      <w:b/>
      <w:color w:val="626273"/>
      <w:sz w:val="17"/>
    </w:rPr>
  </w:style>
  <w:style w:type="paragraph" w:customStyle="1" w:styleId="SectionLabel">
    <w:name w:val="Section Label"/>
    <w:pPr>
      <w:keepNext/>
      <w:spacing w:before="100" w:after="60"/>
    </w:pPr>
    <w:rPr>
      <w:rFonts w:ascii="Arial" w:hAnsi="Arial"/>
      <w:b/>
      <w:color w:val="3D348B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Heritage in Times of Crises – Abstract Submission Template</vt:lpstr>
    </vt:vector>
  </TitlesOfParts>
  <Manager/>
  <Company/>
  <LinksUpToDate>false</LinksUpToDate>
  <CharactersWithSpaces>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in Times of Crises – Abstract Submission Template</dc:title>
  <dc:subject>Abstract template for the international conference</dc:subject>
  <dc:creator>Centro Studi Vera Comoli, Politecnico di Torino</dc:creator>
  <cp:keywords>heritage; conference; abstract template; Politecnico di Torino</cp:keywords>
  <dc:description>generated by python-docx</dc:description>
  <cp:lastModifiedBy>Amirabbas Mansoori Mehr</cp:lastModifiedBy>
  <cp:revision>12</cp:revision>
  <dcterms:created xsi:type="dcterms:W3CDTF">2013-12-23T23:15:00Z</dcterms:created>
  <dcterms:modified xsi:type="dcterms:W3CDTF">2026-08-04T13:08:00Z</dcterms:modified>
  <cp:category/>
</cp:coreProperties>
</file>